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sz w:val="28"/>
        </w:rPr>
        <w:t>ÇALIŞAN TEMSİLCİSİ SEÇİM TUTANAĞI</w:t>
      </w:r>
    </w:p>
    <w:p>
      <w:pPr>
        <w:spacing w:after="80" w:before="0"/>
        <w:jc w:val="center"/>
      </w:pPr>
      <w:r>
        <w:rPr>
          <w:b w:val="0"/>
          <w:i/>
          <w:sz w:val="18"/>
        </w:rPr>
        <w:t>6331 sayılı İş Sağlığı ve Güvenliği Kanunu md. 20 ile İş Sağlığı ve Güvenliği ile İlgili Çalışan Temsilcisinin Nitelikleri ve Seçilme Usul ve Esaslarına İlişkin Tebliğ md. 8 ve md. 10 uyarınca düzenlenmiştir.</w:t>
      </w:r>
    </w:p>
    <w:p>
      <w:pPr>
        <w:keepNext/>
        <w:spacing w:after="20" w:before="60"/>
        <w:jc w:val="left"/>
      </w:pPr>
      <w:r>
        <w:rPr>
          <w:b/>
          <w:i w:val="0"/>
          <w:sz w:val="21"/>
        </w:rPr>
        <w:t>İŞYERİ BİLGİLERİ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9"/>
        <w:gridCol w:w="5669"/>
      </w:tblGrid>
      <w:tr>
        <w:tc>
          <w:tcPr>
            <w:tcW w:type="dxa" w:w="3969"/>
          </w:tcPr>
          <w:p>
            <w:pPr>
              <w:spacing w:after="0"/>
              <w:jc w:val="left"/>
            </w:pPr>
            <w:r/>
            <w:r>
              <w:rPr>
                <w:b/>
                <w:i w:val="0"/>
                <w:sz w:val="18"/>
              </w:rPr>
              <w:t>İşyeri unvanı</w:t>
            </w:r>
          </w:p>
        </w:tc>
        <w:tc>
          <w:tcPr>
            <w:tcW w:type="dxa" w:w="5669"/>
          </w:tcPr>
          <w:p>
            <w:pPr>
              <w:spacing w:after="0"/>
              <w:jc w:val="left"/>
            </w:pPr>
            <w:r/>
          </w:p>
        </w:tc>
      </w:tr>
      <w:tr>
        <w:tc>
          <w:tcPr>
            <w:tcW w:type="dxa" w:w="3969"/>
          </w:tcPr>
          <w:p>
            <w:pPr>
              <w:spacing w:after="0"/>
              <w:jc w:val="left"/>
            </w:pPr>
            <w:r/>
            <w:r>
              <w:rPr>
                <w:b/>
                <w:i w:val="0"/>
                <w:sz w:val="18"/>
              </w:rPr>
              <w:t>SGK işyeri sicil numarası</w:t>
            </w:r>
          </w:p>
        </w:tc>
        <w:tc>
          <w:tcPr>
            <w:tcW w:type="dxa" w:w="5669"/>
          </w:tcPr>
          <w:p>
            <w:pPr>
              <w:spacing w:after="0"/>
              <w:jc w:val="left"/>
            </w:pPr>
            <w:r/>
          </w:p>
        </w:tc>
      </w:tr>
      <w:tr>
        <w:tc>
          <w:tcPr>
            <w:tcW w:type="dxa" w:w="3969"/>
          </w:tcPr>
          <w:p>
            <w:pPr>
              <w:spacing w:after="0"/>
              <w:jc w:val="left"/>
            </w:pPr>
            <w:r/>
            <w:r>
              <w:rPr>
                <w:b/>
                <w:i w:val="0"/>
                <w:sz w:val="18"/>
              </w:rPr>
              <w:t>İşyeri adresi</w:t>
            </w:r>
          </w:p>
        </w:tc>
        <w:tc>
          <w:tcPr>
            <w:tcW w:type="dxa" w:w="5669"/>
          </w:tcPr>
          <w:p>
            <w:pPr>
              <w:spacing w:after="0"/>
              <w:jc w:val="left"/>
            </w:pPr>
            <w:r/>
          </w:p>
        </w:tc>
      </w:tr>
      <w:tr>
        <w:tc>
          <w:tcPr>
            <w:tcW w:type="dxa" w:w="3969"/>
          </w:tcPr>
          <w:p>
            <w:pPr>
              <w:spacing w:after="0"/>
              <w:jc w:val="left"/>
            </w:pPr>
            <w:r/>
            <w:r>
              <w:rPr>
                <w:b/>
                <w:i w:val="0"/>
                <w:sz w:val="18"/>
              </w:rPr>
              <w:t>Tehlike sınıfı</w:t>
            </w:r>
          </w:p>
        </w:tc>
        <w:tc>
          <w:tcPr>
            <w:tcW w:type="dxa" w:w="5669"/>
          </w:tcPr>
          <w:p>
            <w:pPr>
              <w:spacing w:after="0"/>
              <w:jc w:val="left"/>
            </w:pPr>
            <w:r/>
            <w:r>
              <w:rPr>
                <w:b w:val="0"/>
                <w:i w:val="0"/>
                <w:sz w:val="18"/>
              </w:rPr>
              <w:t>☐ Az tehlikeli   ☐ Tehlikeli   ☐ Çok tehlikeli</w:t>
            </w:r>
          </w:p>
        </w:tc>
      </w:tr>
      <w:tr>
        <w:tc>
          <w:tcPr>
            <w:tcW w:type="dxa" w:w="3969"/>
          </w:tcPr>
          <w:p>
            <w:pPr>
              <w:spacing w:after="0"/>
              <w:jc w:val="left"/>
            </w:pPr>
            <w:r/>
            <w:r>
              <w:rPr>
                <w:b/>
                <w:i w:val="0"/>
                <w:sz w:val="18"/>
              </w:rPr>
              <w:t>Seçim tarihindeki toplam çalışan sayısı</w:t>
            </w:r>
          </w:p>
        </w:tc>
        <w:tc>
          <w:tcPr>
            <w:tcW w:type="dxa" w:w="5669"/>
          </w:tcPr>
          <w:p>
            <w:pPr>
              <w:spacing w:after="0"/>
              <w:jc w:val="left"/>
            </w:pPr>
            <w:r/>
          </w:p>
        </w:tc>
      </w:tr>
      <w:tr>
        <w:tc>
          <w:tcPr>
            <w:tcW w:type="dxa" w:w="3969"/>
          </w:tcPr>
          <w:p>
            <w:pPr>
              <w:spacing w:after="0"/>
              <w:jc w:val="left"/>
            </w:pPr>
            <w:r/>
            <w:r>
              <w:rPr>
                <w:b/>
                <w:i w:val="0"/>
                <w:sz w:val="18"/>
              </w:rPr>
              <w:t>Seçilecek çalışan temsilcisi sayısı</w:t>
            </w:r>
          </w:p>
        </w:tc>
        <w:tc>
          <w:tcPr>
            <w:tcW w:type="dxa" w:w="5669"/>
          </w:tcPr>
          <w:p>
            <w:pPr>
              <w:spacing w:after="0"/>
              <w:jc w:val="left"/>
            </w:pPr>
            <w:r/>
          </w:p>
        </w:tc>
      </w:tr>
      <w:tr>
        <w:tc>
          <w:tcPr>
            <w:tcW w:type="dxa" w:w="3969"/>
          </w:tcPr>
          <w:p>
            <w:pPr>
              <w:spacing w:after="0"/>
              <w:jc w:val="left"/>
            </w:pPr>
            <w:r/>
            <w:r>
              <w:rPr>
                <w:b/>
                <w:i w:val="0"/>
                <w:sz w:val="18"/>
              </w:rPr>
              <w:t>İşyerinde yetkili sendika</w:t>
            </w:r>
          </w:p>
        </w:tc>
        <w:tc>
          <w:tcPr>
            <w:tcW w:type="dxa" w:w="5669"/>
          </w:tcPr>
          <w:p>
            <w:pPr>
              <w:spacing w:after="0"/>
              <w:jc w:val="left"/>
            </w:pPr>
            <w:r/>
            <w:r>
              <w:rPr>
                <w:b w:val="0"/>
                <w:i w:val="0"/>
                <w:sz w:val="18"/>
              </w:rPr>
              <w:t>☐ Yok   ☐ Var</w:t>
            </w:r>
          </w:p>
        </w:tc>
      </w:tr>
    </w:tbl>
    <w:p>
      <w:pPr>
        <w:keepNext/>
        <w:spacing w:after="20" w:before="60"/>
        <w:jc w:val="left"/>
      </w:pPr>
      <w:r>
        <w:rPr>
          <w:b/>
          <w:i w:val="0"/>
          <w:sz w:val="21"/>
        </w:rPr>
        <w:t>SEÇİM BİLGİLERİ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9"/>
        <w:gridCol w:w="5669"/>
      </w:tblGrid>
      <w:tr>
        <w:tc>
          <w:tcPr>
            <w:tcW w:type="dxa" w:w="3969"/>
          </w:tcPr>
          <w:p>
            <w:pPr>
              <w:spacing w:after="0"/>
              <w:jc w:val="left"/>
            </w:pPr>
            <w:r/>
            <w:r>
              <w:rPr>
                <w:b/>
                <w:i w:val="0"/>
                <w:sz w:val="18"/>
              </w:rPr>
              <w:t>Aday başvuru ilanının yapıldığı tarih</w:t>
            </w:r>
          </w:p>
        </w:tc>
        <w:tc>
          <w:tcPr>
            <w:tcW w:type="dxa" w:w="5669"/>
          </w:tcPr>
          <w:p>
            <w:pPr>
              <w:spacing w:after="0"/>
              <w:jc w:val="left"/>
            </w:pPr>
            <w:r/>
          </w:p>
        </w:tc>
      </w:tr>
      <w:tr>
        <w:tc>
          <w:tcPr>
            <w:tcW w:type="dxa" w:w="3969"/>
          </w:tcPr>
          <w:p>
            <w:pPr>
              <w:spacing w:after="0"/>
              <w:jc w:val="left"/>
            </w:pPr>
            <w:r/>
            <w:r>
              <w:rPr>
                <w:b/>
                <w:i w:val="0"/>
                <w:sz w:val="18"/>
              </w:rPr>
              <w:t>Son başvuru tarihi (ilandan en az 7 gün sonra)</w:t>
            </w:r>
          </w:p>
        </w:tc>
        <w:tc>
          <w:tcPr>
            <w:tcW w:type="dxa" w:w="5669"/>
          </w:tcPr>
          <w:p>
            <w:pPr>
              <w:spacing w:after="0"/>
              <w:jc w:val="left"/>
            </w:pPr>
            <w:r/>
          </w:p>
        </w:tc>
      </w:tr>
      <w:tr>
        <w:tc>
          <w:tcPr>
            <w:tcW w:type="dxa" w:w="3969"/>
          </w:tcPr>
          <w:p>
            <w:pPr>
              <w:spacing w:after="0"/>
              <w:jc w:val="left"/>
            </w:pPr>
            <w:r/>
            <w:r>
              <w:rPr>
                <w:b/>
                <w:i w:val="0"/>
                <w:sz w:val="18"/>
              </w:rPr>
              <w:t>Aday listesinin ilan tarihi (aday sayısı temsilci sayısının 3 katını aşarsa)</w:t>
            </w:r>
          </w:p>
        </w:tc>
        <w:tc>
          <w:tcPr>
            <w:tcW w:type="dxa" w:w="5669"/>
          </w:tcPr>
          <w:p>
            <w:pPr>
              <w:spacing w:after="0"/>
              <w:jc w:val="left"/>
            </w:pPr>
            <w:r/>
          </w:p>
        </w:tc>
      </w:tr>
      <w:tr>
        <w:tc>
          <w:tcPr>
            <w:tcW w:type="dxa" w:w="3969"/>
          </w:tcPr>
          <w:p>
            <w:pPr>
              <w:spacing w:after="0"/>
              <w:jc w:val="left"/>
            </w:pPr>
            <w:r/>
            <w:r>
              <w:rPr>
                <w:b/>
                <w:i w:val="0"/>
                <w:sz w:val="18"/>
              </w:rPr>
              <w:t>Seçim tarihi</w:t>
            </w:r>
          </w:p>
        </w:tc>
        <w:tc>
          <w:tcPr>
            <w:tcW w:type="dxa" w:w="5669"/>
          </w:tcPr>
          <w:p>
            <w:pPr>
              <w:spacing w:after="0"/>
              <w:jc w:val="left"/>
            </w:pPr>
            <w:r/>
          </w:p>
        </w:tc>
      </w:tr>
      <w:tr>
        <w:tc>
          <w:tcPr>
            <w:tcW w:type="dxa" w:w="3969"/>
          </w:tcPr>
          <w:p>
            <w:pPr>
              <w:spacing w:after="0"/>
              <w:jc w:val="left"/>
            </w:pPr>
            <w:r/>
            <w:r>
              <w:rPr>
                <w:b/>
                <w:i w:val="0"/>
                <w:sz w:val="18"/>
              </w:rPr>
              <w:t>Oy verme saatleri (tüm vardiyalar)</w:t>
            </w:r>
          </w:p>
        </w:tc>
        <w:tc>
          <w:tcPr>
            <w:tcW w:type="dxa" w:w="5669"/>
          </w:tcPr>
          <w:p>
            <w:pPr>
              <w:spacing w:after="0"/>
              <w:jc w:val="left"/>
            </w:pPr>
            <w:r/>
          </w:p>
        </w:tc>
      </w:tr>
      <w:tr>
        <w:tc>
          <w:tcPr>
            <w:tcW w:type="dxa" w:w="3969"/>
          </w:tcPr>
          <w:p>
            <w:pPr>
              <w:spacing w:after="0"/>
              <w:jc w:val="left"/>
            </w:pPr>
            <w:r/>
            <w:r>
              <w:rPr>
                <w:b/>
                <w:i w:val="0"/>
                <w:sz w:val="18"/>
              </w:rPr>
              <w:t>Oy verme yeri</w:t>
            </w:r>
          </w:p>
        </w:tc>
        <w:tc>
          <w:tcPr>
            <w:tcW w:type="dxa" w:w="5669"/>
          </w:tcPr>
          <w:p>
            <w:pPr>
              <w:spacing w:after="0"/>
              <w:jc w:val="left"/>
            </w:pPr>
            <w:r/>
          </w:p>
        </w:tc>
      </w:tr>
      <w:tr>
        <w:tc>
          <w:tcPr>
            <w:tcW w:type="dxa" w:w="3969"/>
          </w:tcPr>
          <w:p>
            <w:pPr>
              <w:spacing w:after="0"/>
              <w:jc w:val="left"/>
            </w:pPr>
            <w:r/>
            <w:r>
              <w:rPr>
                <w:b/>
                <w:i w:val="0"/>
                <w:sz w:val="18"/>
              </w:rPr>
              <w:t>Oylama usulü</w:t>
            </w:r>
          </w:p>
        </w:tc>
        <w:tc>
          <w:tcPr>
            <w:tcW w:type="dxa" w:w="5669"/>
          </w:tcPr>
          <w:p>
            <w:pPr>
              <w:spacing w:after="0"/>
              <w:jc w:val="left"/>
            </w:pPr>
            <w:r/>
            <w:r>
              <w:rPr>
                <w:b w:val="0"/>
                <w:i w:val="0"/>
                <w:sz w:val="18"/>
              </w:rPr>
              <w:t>Gizli oy; her seçmen ..... aday işaretler</w:t>
            </w:r>
          </w:p>
        </w:tc>
      </w:tr>
      <w:tr>
        <w:tc>
          <w:tcPr>
            <w:tcW w:type="dxa" w:w="3969"/>
          </w:tcPr>
          <w:p>
            <w:pPr>
              <w:spacing w:after="0"/>
              <w:jc w:val="left"/>
            </w:pPr>
            <w:r/>
            <w:r>
              <w:rPr>
                <w:b/>
                <w:i w:val="0"/>
                <w:sz w:val="18"/>
              </w:rPr>
              <w:t>Asgari katılım sayısı (çalışan sayısının yarısından bir fazlası)</w:t>
            </w:r>
          </w:p>
        </w:tc>
        <w:tc>
          <w:tcPr>
            <w:tcW w:type="dxa" w:w="5669"/>
          </w:tcPr>
          <w:p>
            <w:pPr>
              <w:spacing w:after="0"/>
              <w:jc w:val="left"/>
            </w:pPr>
            <w:r/>
          </w:p>
        </w:tc>
      </w:tr>
      <w:tr>
        <w:tc>
          <w:tcPr>
            <w:tcW w:type="dxa" w:w="3969"/>
          </w:tcPr>
          <w:p>
            <w:pPr>
              <w:spacing w:after="0"/>
              <w:jc w:val="left"/>
            </w:pPr>
            <w:r/>
            <w:r>
              <w:rPr>
                <w:b/>
                <w:i w:val="0"/>
                <w:sz w:val="18"/>
              </w:rPr>
              <w:t>Oy kullanan çalışan sayısı</w:t>
            </w:r>
          </w:p>
        </w:tc>
        <w:tc>
          <w:tcPr>
            <w:tcW w:type="dxa" w:w="5669"/>
          </w:tcPr>
          <w:p>
            <w:pPr>
              <w:spacing w:after="0"/>
              <w:jc w:val="left"/>
            </w:pPr>
            <w:r/>
          </w:p>
        </w:tc>
      </w:tr>
      <w:tr>
        <w:tc>
          <w:tcPr>
            <w:tcW w:type="dxa" w:w="3969"/>
          </w:tcPr>
          <w:p>
            <w:pPr>
              <w:spacing w:after="0"/>
              <w:jc w:val="left"/>
            </w:pPr>
            <w:r/>
            <w:r>
              <w:rPr>
                <w:b/>
                <w:i w:val="0"/>
                <w:sz w:val="18"/>
              </w:rPr>
              <w:t>Geçerli oy sayısı</w:t>
            </w:r>
          </w:p>
        </w:tc>
        <w:tc>
          <w:tcPr>
            <w:tcW w:type="dxa" w:w="5669"/>
          </w:tcPr>
          <w:p>
            <w:pPr>
              <w:spacing w:after="0"/>
              <w:jc w:val="left"/>
            </w:pPr>
            <w:r/>
          </w:p>
        </w:tc>
      </w:tr>
      <w:tr>
        <w:tc>
          <w:tcPr>
            <w:tcW w:type="dxa" w:w="3969"/>
          </w:tcPr>
          <w:p>
            <w:pPr>
              <w:spacing w:after="0"/>
              <w:jc w:val="left"/>
            </w:pPr>
            <w:r/>
            <w:r>
              <w:rPr>
                <w:b/>
                <w:i w:val="0"/>
                <w:sz w:val="18"/>
              </w:rPr>
              <w:t>Geçersiz veya boş oy sayısı</w:t>
            </w:r>
          </w:p>
        </w:tc>
        <w:tc>
          <w:tcPr>
            <w:tcW w:type="dxa" w:w="5669"/>
          </w:tcPr>
          <w:p>
            <w:pPr>
              <w:spacing w:after="0"/>
              <w:jc w:val="left"/>
            </w:pPr>
            <w:r/>
          </w:p>
        </w:tc>
      </w:tr>
    </w:tbl>
    <w:p>
      <w:pPr>
        <w:keepNext/>
        <w:spacing w:after="20" w:before="60"/>
        <w:jc w:val="left"/>
      </w:pPr>
      <w:r>
        <w:rPr>
          <w:b/>
          <w:i w:val="0"/>
          <w:sz w:val="21"/>
        </w:rPr>
        <w:t>OY SONUÇLARI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680"/>
        <w:gridCol w:w="2835"/>
        <w:gridCol w:w="2438"/>
        <w:gridCol w:w="1304"/>
        <w:gridCol w:w="2381"/>
      </w:tblGrid>
      <w:tr>
        <w:tc>
          <w:tcPr>
            <w:tcW w:type="dxa" w:w="680"/>
            <w:shd w:val="clear" w:color="auto" w:fill="E7E6E6"/>
          </w:tcPr>
          <w:p>
            <w:pPr>
              <w:spacing w:after="0"/>
              <w:jc w:val="center"/>
            </w:pPr>
            <w:r/>
            <w:r>
              <w:rPr>
                <w:b/>
                <w:i w:val="0"/>
                <w:sz w:val="18"/>
              </w:rPr>
              <w:t>Sıra</w:t>
            </w:r>
          </w:p>
        </w:tc>
        <w:tc>
          <w:tcPr>
            <w:tcW w:type="dxa" w:w="2835"/>
            <w:shd w:val="clear" w:color="auto" w:fill="E7E6E6"/>
          </w:tcPr>
          <w:p>
            <w:pPr>
              <w:spacing w:after="0"/>
              <w:jc w:val="center"/>
            </w:pPr>
            <w:r/>
            <w:r>
              <w:rPr>
                <w:b/>
                <w:i w:val="0"/>
                <w:sz w:val="18"/>
              </w:rPr>
              <w:t>Adayın adı soyadı</w:t>
            </w:r>
          </w:p>
        </w:tc>
        <w:tc>
          <w:tcPr>
            <w:tcW w:type="dxa" w:w="2438"/>
            <w:shd w:val="clear" w:color="auto" w:fill="E7E6E6"/>
          </w:tcPr>
          <w:p>
            <w:pPr>
              <w:spacing w:after="0"/>
              <w:jc w:val="center"/>
            </w:pPr>
            <w:r/>
            <w:r>
              <w:rPr>
                <w:b/>
                <w:i w:val="0"/>
                <w:sz w:val="18"/>
              </w:rPr>
              <w:t>Bölümü ve vardiyası</w:t>
            </w:r>
          </w:p>
        </w:tc>
        <w:tc>
          <w:tcPr>
            <w:tcW w:type="dxa" w:w="1304"/>
            <w:shd w:val="clear" w:color="auto" w:fill="E7E6E6"/>
          </w:tcPr>
          <w:p>
            <w:pPr>
              <w:spacing w:after="0"/>
              <w:jc w:val="center"/>
            </w:pPr>
            <w:r/>
            <w:r>
              <w:rPr>
                <w:b/>
                <w:i w:val="0"/>
                <w:sz w:val="18"/>
              </w:rPr>
              <w:t>Aldığı oy</w:t>
            </w:r>
          </w:p>
        </w:tc>
        <w:tc>
          <w:tcPr>
            <w:tcW w:type="dxa" w:w="2381"/>
            <w:shd w:val="clear" w:color="auto" w:fill="E7E6E6"/>
          </w:tcPr>
          <w:p>
            <w:pPr>
              <w:spacing w:after="0"/>
              <w:jc w:val="center"/>
            </w:pPr>
            <w:r/>
            <w:r>
              <w:rPr>
                <w:b/>
                <w:i w:val="0"/>
                <w:sz w:val="18"/>
              </w:rPr>
              <w:t>Sonuç (Seçildi / Seçilmedi)</w:t>
            </w:r>
          </w:p>
        </w:tc>
      </w:tr>
      <w:tr>
        <w:trPr>
          <w:trHeight w:val="238" w:hRule="atLeast"/>
        </w:trPr>
        <w:tc>
          <w:tcPr>
            <w:tcW w:type="dxa" w:w="680"/>
          </w:tcPr>
          <w:p>
            <w:pPr>
              <w:spacing w:after="0"/>
              <w:jc w:val="center"/>
            </w:pPr>
            <w:r/>
            <w:r>
              <w:rPr>
                <w:b w:val="0"/>
                <w:i w:val="0"/>
                <w:sz w:val="18"/>
              </w:rPr>
              <w:t>1</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2</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3</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4</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5</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6</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7</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8</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9</w:t>
            </w:r>
          </w:p>
        </w:tc>
        <w:tc>
          <w:tcPr>
            <w:tcW w:type="dxa" w:w="2835"/>
          </w:tcPr>
          <w:p/>
        </w:tc>
        <w:tc>
          <w:tcPr>
            <w:tcW w:type="dxa" w:w="2438"/>
          </w:tcPr>
          <w:p/>
        </w:tc>
        <w:tc>
          <w:tcPr>
            <w:tcW w:type="dxa" w:w="1304"/>
          </w:tcPr>
          <w:p/>
        </w:tc>
        <w:tc>
          <w:tcPr>
            <w:tcW w:type="dxa" w:w="2381"/>
          </w:tcPr>
          <w:p/>
        </w:tc>
      </w:tr>
      <w:tr>
        <w:trPr>
          <w:trHeight w:val="238" w:hRule="atLeast"/>
        </w:trPr>
        <w:tc>
          <w:tcPr>
            <w:tcW w:type="dxa" w:w="680"/>
          </w:tcPr>
          <w:p>
            <w:pPr>
              <w:spacing w:after="0"/>
              <w:jc w:val="center"/>
            </w:pPr>
            <w:r/>
            <w:r>
              <w:rPr>
                <w:b w:val="0"/>
                <w:i w:val="0"/>
                <w:sz w:val="18"/>
              </w:rPr>
              <w:t>10</w:t>
            </w:r>
          </w:p>
        </w:tc>
        <w:tc>
          <w:tcPr>
            <w:tcW w:type="dxa" w:w="2835"/>
          </w:tcPr>
          <w:p/>
        </w:tc>
        <w:tc>
          <w:tcPr>
            <w:tcW w:type="dxa" w:w="2438"/>
          </w:tcPr>
          <w:p/>
        </w:tc>
        <w:tc>
          <w:tcPr>
            <w:tcW w:type="dxa" w:w="1304"/>
          </w:tcPr>
          <w:p/>
        </w:tc>
        <w:tc>
          <w:tcPr>
            <w:tcW w:type="dxa" w:w="2381"/>
          </w:tcPr>
          <w:p/>
        </w:tc>
      </w:tr>
    </w:tbl>
    <w:p>
      <w:pPr>
        <w:spacing w:after="80" w:before="20"/>
        <w:jc w:val="left"/>
      </w:pPr>
      <w:r>
        <w:rPr>
          <w:b w:val="0"/>
          <w:i w:val="0"/>
          <w:sz w:val="16"/>
        </w:rPr>
        <w:t>Adayları aldıkları oya göre çoktan aza sıralayın. Görevden ayrılan temsilcinin yerine en fazla oyu alan sıradaki aday atanır (Tebliğ md. 8/3).</w:t>
      </w:r>
    </w:p>
    <w:p>
      <w:pPr>
        <w:keepNext/>
        <w:spacing w:after="20" w:before="40"/>
        <w:jc w:val="left"/>
      </w:pPr>
      <w:r>
        <w:rPr>
          <w:b/>
          <w:i w:val="0"/>
          <w:sz w:val="21"/>
        </w:rPr>
        <w:t>SONUÇ</w:t>
      </w:r>
    </w:p>
    <w:p>
      <w:pPr>
        <w:spacing w:after="40" w:before="0"/>
        <w:jc w:val="both"/>
      </w:pPr>
      <w:r>
        <w:rPr>
          <w:b w:val="0"/>
          <w:i w:val="0"/>
          <w:sz w:val="19"/>
        </w:rPr>
        <w:t>İşyerimizde ...../...../20..... tarihinde yapılan gizli oylamaya toplam ..... çalışandan ..... çalışan katılmış, asgari katılım sayısı olan ..... sağlanmıştır. En fazla oyu alan ............................................................ çalışan temsilcisi olarak seçilmiştir. Oyların eşitliği hâlinde işverence esas alınan ölçüt: ........................................ (öğrenim durumu, işyerindeki deneyim süresi veya benzeri). Oy kullanan çalışanların imzalı listesi bu tutanağın ekidir. Tutanak ..... nüsha olarak düzenlenmiş ve imza altına alınmıştır.</w:t>
      </w:r>
    </w:p>
    <w:p>
      <w:pPr>
        <w:keepNext/>
        <w:spacing w:after="20" w:before="40"/>
        <w:jc w:val="left"/>
      </w:pPr>
      <w:r>
        <w:rPr>
          <w:b/>
          <w:i w:val="0"/>
          <w:sz w:val="21"/>
        </w:rPr>
        <w:t>İMZALAR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14"/>
        <w:gridCol w:w="3214"/>
        <w:gridCol w:w="3209"/>
      </w:tblGrid>
      <w:tr>
        <w:tc>
          <w:tcPr>
            <w:tcW w:type="dxa" w:w="3214"/>
            <w:shd w:val="clear" w:color="auto" w:fill="E7E6E6"/>
          </w:tcPr>
          <w:p>
            <w:pPr>
              <w:spacing w:after="0"/>
              <w:jc w:val="center"/>
            </w:pPr>
            <w:r/>
            <w:r>
              <w:rPr>
                <w:b/>
                <w:i w:val="0"/>
                <w:sz w:val="18"/>
              </w:rPr>
              <w:t>İşveren / İşveren Vekili</w:t>
            </w:r>
          </w:p>
        </w:tc>
        <w:tc>
          <w:tcPr>
            <w:tcW w:type="dxa" w:w="3214"/>
            <w:shd w:val="clear" w:color="auto" w:fill="E7E6E6"/>
          </w:tcPr>
          <w:p>
            <w:pPr>
              <w:spacing w:after="0"/>
              <w:jc w:val="center"/>
            </w:pPr>
            <w:r/>
            <w:r>
              <w:rPr>
                <w:b/>
                <w:i w:val="0"/>
                <w:sz w:val="18"/>
              </w:rPr>
              <w:t>Seçim Görevlisi</w:t>
            </w:r>
          </w:p>
        </w:tc>
        <w:tc>
          <w:tcPr>
            <w:tcW w:type="dxa" w:w="3209"/>
            <w:shd w:val="clear" w:color="auto" w:fill="E7E6E6"/>
          </w:tcPr>
          <w:p>
            <w:pPr>
              <w:spacing w:after="0"/>
              <w:jc w:val="center"/>
            </w:pPr>
            <w:r/>
            <w:r>
              <w:rPr>
                <w:b/>
                <w:i w:val="0"/>
                <w:sz w:val="18"/>
              </w:rPr>
              <w:t>Seçim Görevlisi</w:t>
            </w:r>
          </w:p>
        </w:tc>
      </w:tr>
      <w:tr>
        <w:trPr>
          <w:trHeight w:val="283" w:hRule="atLeast"/>
        </w:trPr>
        <w:tc>
          <w:tcPr>
            <w:tcW w:type="dxa" w:w="3214"/>
          </w:tcPr>
          <w:p>
            <w:pPr>
              <w:spacing w:after="0"/>
              <w:jc w:val="left"/>
            </w:pPr>
            <w:r/>
            <w:r>
              <w:rPr>
                <w:b w:val="0"/>
                <w:i w:val="0"/>
                <w:sz w:val="18"/>
              </w:rPr>
              <w:t>Adı Soyadı:</w:t>
            </w:r>
          </w:p>
        </w:tc>
        <w:tc>
          <w:tcPr>
            <w:tcW w:type="dxa" w:w="3214"/>
          </w:tcPr>
          <w:p>
            <w:pPr>
              <w:spacing w:after="0"/>
              <w:jc w:val="left"/>
            </w:pPr>
            <w:r/>
            <w:r>
              <w:rPr>
                <w:b w:val="0"/>
                <w:i w:val="0"/>
                <w:sz w:val="18"/>
              </w:rPr>
              <w:t>Adı Soyadı:</w:t>
            </w:r>
          </w:p>
        </w:tc>
        <w:tc>
          <w:tcPr>
            <w:tcW w:type="dxa" w:w="3209"/>
          </w:tcPr>
          <w:p>
            <w:pPr>
              <w:spacing w:after="0"/>
              <w:jc w:val="left"/>
            </w:pPr>
            <w:r/>
            <w:r>
              <w:rPr>
                <w:b w:val="0"/>
                <w:i w:val="0"/>
                <w:sz w:val="18"/>
              </w:rPr>
              <w:t>Adı Soyadı:</w:t>
            </w:r>
          </w:p>
        </w:tc>
      </w:tr>
      <w:tr>
        <w:trPr>
          <w:trHeight w:val="283" w:hRule="atLeast"/>
        </w:trPr>
        <w:tc>
          <w:tcPr>
            <w:tcW w:type="dxa" w:w="3214"/>
          </w:tcPr>
          <w:p>
            <w:pPr>
              <w:spacing w:after="0"/>
              <w:jc w:val="left"/>
            </w:pPr>
            <w:r/>
            <w:r>
              <w:rPr>
                <w:b w:val="0"/>
                <w:i w:val="0"/>
                <w:sz w:val="18"/>
              </w:rPr>
              <w:t>Görevi:</w:t>
            </w:r>
          </w:p>
        </w:tc>
        <w:tc>
          <w:tcPr>
            <w:tcW w:type="dxa" w:w="3214"/>
          </w:tcPr>
          <w:p>
            <w:pPr>
              <w:spacing w:after="0"/>
              <w:jc w:val="left"/>
            </w:pPr>
            <w:r/>
            <w:r>
              <w:rPr>
                <w:b w:val="0"/>
                <w:i w:val="0"/>
                <w:sz w:val="18"/>
              </w:rPr>
              <w:t>Görevi:</w:t>
            </w:r>
          </w:p>
        </w:tc>
        <w:tc>
          <w:tcPr>
            <w:tcW w:type="dxa" w:w="3209"/>
          </w:tcPr>
          <w:p>
            <w:pPr>
              <w:spacing w:after="0"/>
              <w:jc w:val="left"/>
            </w:pPr>
            <w:r/>
            <w:r>
              <w:rPr>
                <w:b w:val="0"/>
                <w:i w:val="0"/>
                <w:sz w:val="18"/>
              </w:rPr>
              <w:t>Görevi:</w:t>
            </w:r>
          </w:p>
        </w:tc>
      </w:tr>
      <w:tr>
        <w:trPr>
          <w:trHeight w:val="283" w:hRule="atLeast"/>
        </w:trPr>
        <w:tc>
          <w:tcPr>
            <w:tcW w:type="dxa" w:w="3214"/>
          </w:tcPr>
          <w:p>
            <w:pPr>
              <w:spacing w:after="0"/>
              <w:jc w:val="left"/>
            </w:pPr>
            <w:r/>
            <w:r>
              <w:rPr>
                <w:b w:val="0"/>
                <w:i w:val="0"/>
                <w:sz w:val="18"/>
              </w:rPr>
              <w:t>Tarih:</w:t>
            </w:r>
          </w:p>
        </w:tc>
        <w:tc>
          <w:tcPr>
            <w:tcW w:type="dxa" w:w="3214"/>
          </w:tcPr>
          <w:p>
            <w:pPr>
              <w:spacing w:after="0"/>
              <w:jc w:val="left"/>
            </w:pPr>
            <w:r/>
            <w:r>
              <w:rPr>
                <w:b w:val="0"/>
                <w:i w:val="0"/>
                <w:sz w:val="18"/>
              </w:rPr>
              <w:t>Tarih:</w:t>
            </w:r>
          </w:p>
        </w:tc>
        <w:tc>
          <w:tcPr>
            <w:tcW w:type="dxa" w:w="3209"/>
          </w:tcPr>
          <w:p>
            <w:pPr>
              <w:spacing w:after="0"/>
              <w:jc w:val="left"/>
            </w:pPr>
            <w:r/>
            <w:r>
              <w:rPr>
                <w:b w:val="0"/>
                <w:i w:val="0"/>
                <w:sz w:val="18"/>
              </w:rPr>
              <w:t>Tarih:</w:t>
            </w:r>
          </w:p>
        </w:tc>
      </w:tr>
      <w:tr>
        <w:trPr>
          <w:trHeight w:val="283" w:hRule="atLeast"/>
        </w:trPr>
        <w:tc>
          <w:tcPr>
            <w:tcW w:type="dxa" w:w="3214"/>
          </w:tcPr>
          <w:p>
            <w:pPr>
              <w:spacing w:after="0"/>
              <w:jc w:val="left"/>
            </w:pPr>
            <w:r/>
            <w:r>
              <w:rPr>
                <w:b w:val="0"/>
                <w:i w:val="0"/>
                <w:sz w:val="18"/>
              </w:rPr>
              <w:t>İmza:</w:t>
            </w:r>
          </w:p>
        </w:tc>
        <w:tc>
          <w:tcPr>
            <w:tcW w:type="dxa" w:w="3214"/>
          </w:tcPr>
          <w:p>
            <w:pPr>
              <w:spacing w:after="0"/>
              <w:jc w:val="left"/>
            </w:pPr>
            <w:r/>
            <w:r>
              <w:rPr>
                <w:b w:val="0"/>
                <w:i w:val="0"/>
                <w:sz w:val="18"/>
              </w:rPr>
              <w:t>İmza:</w:t>
            </w:r>
          </w:p>
        </w:tc>
        <w:tc>
          <w:tcPr>
            <w:tcW w:type="dxa" w:w="3209"/>
          </w:tcPr>
          <w:p>
            <w:pPr>
              <w:spacing w:after="0"/>
              <w:jc w:val="left"/>
            </w:pPr>
            <w:r/>
            <w:r>
              <w:rPr>
                <w:b w:val="0"/>
                <w:i w:val="0"/>
                <w:sz w:val="18"/>
              </w:rPr>
              <w:t>İmza:</w:t>
            </w:r>
          </w:p>
        </w:tc>
      </w:tr>
    </w:tbl>
    <w:p>
      <w:pPr>
        <w:spacing w:after="0" w:before="80"/>
        <w:jc w:val="left"/>
      </w:pPr>
      <w:r>
        <w:rPr>
          <w:b w:val="0"/>
          <w:i w:val="0"/>
          <w:sz w:val="16"/>
        </w:rPr>
        <w:t>Ek: Oy kullanan çalışanların imzalı listesi. Tutanak ve imzalı liste bir sonraki seçime kadar işyerinde saklanır (Tebliğ md. 10). Seçim sonuçları beş yıl geçerlidir (Tebliğ md. 8/2). Seçilen temsilciler işyerinde ilan edilir (Tebliğ md. 4/5).</w:t>
      </w:r>
    </w:p>
    <w:p>
      <w:r>
        <w:br w:type="page"/>
      </w:r>
    </w:p>
    <w:p>
      <w:pPr>
        <w:spacing w:after="160" w:before="0"/>
        <w:jc w:val="center"/>
      </w:pPr>
      <w:r>
        <w:rPr>
          <w:b/>
          <w:i w:val="0"/>
          <w:sz w:val="28"/>
        </w:rPr>
        <w:t>ÇALIŞAN TEMSİLCİSİ ATAMA YAZISI</w:t>
      </w:r>
    </w:p>
    <w:p>
      <w:pPr>
        <w:spacing w:after="0" w:before="0"/>
        <w:jc w:val="right"/>
      </w:pPr>
      <w:r>
        <w:rPr>
          <w:b w:val="0"/>
          <w:i w:val="0"/>
          <w:sz w:val="22"/>
        </w:rPr>
        <w:t>Tarih: ...../...../20.....</w:t>
      </w:r>
    </w:p>
    <w:p>
      <w:pPr>
        <w:spacing w:after="200" w:before="0"/>
        <w:jc w:val="right"/>
      </w:pPr>
      <w:r>
        <w:rPr>
          <w:b w:val="0"/>
          <w:i w:val="0"/>
          <w:sz w:val="22"/>
        </w:rPr>
        <w:t>Sayı: ..........</w:t>
      </w:r>
    </w:p>
    <w:p>
      <w:pPr>
        <w:spacing w:after="40" w:before="0"/>
        <w:jc w:val="left"/>
      </w:pPr>
      <w:r>
        <w:rPr>
          <w:b w:val="0"/>
          <w:i w:val="0"/>
          <w:sz w:val="22"/>
        </w:rPr>
        <w:t>Sayın: ........................................</w:t>
      </w:r>
    </w:p>
    <w:p>
      <w:pPr>
        <w:spacing w:after="200" w:before="0"/>
        <w:jc w:val="left"/>
      </w:pPr>
      <w:r>
        <w:rPr>
          <w:b w:val="0"/>
          <w:i w:val="0"/>
          <w:sz w:val="22"/>
        </w:rPr>
        <w:t>Bölümü / Görevi: ........................................</w:t>
      </w:r>
    </w:p>
    <w:p>
      <w:pPr>
        <w:spacing w:after="200" w:before="0"/>
        <w:jc w:val="left"/>
      </w:pPr>
      <w:r>
        <w:rPr>
          <w:b/>
          <w:i w:val="0"/>
          <w:sz w:val="22"/>
        </w:rPr>
        <w:t>Konu: İş sağlığı ve güvenliği çalışan temsilcisi olarak görevlendirme</w:t>
      </w:r>
    </w:p>
    <w:p>
      <w:pPr>
        <w:spacing w:after="160" w:before="0"/>
        <w:jc w:val="both"/>
      </w:pPr>
      <w:r>
        <w:rPr>
          <w:b w:val="0"/>
          <w:i w:val="0"/>
          <w:sz w:val="22"/>
        </w:rPr>
        <w:t>6331 sayılı İş Sağlığı ve Güvenliği Kanununun 20 nci maddesi ile İş Sağlığı ve Güvenliği ile İlgili Çalışan Temsilcisinin Nitelikleri ve Seçilme Usul ve Esaslarına İlişkin Tebliğin 8 inci maddesinin altıncı fıkrası uyarınca, ...../...../20..... tarihinde ilan edilen aday başvuru süresinde ( ) aday çıkmaması ( ) temsilcinin seçimle belirlenememesi nedeniyle, işyerinin bölümlerindeki riskler ve çalışan sayıları gözetilerek işyerimizde çalışan temsilcisi olarak atanmış bulunmaktasınız.</w:t>
      </w:r>
    </w:p>
    <w:p>
      <w:pPr>
        <w:spacing w:after="160" w:before="0"/>
        <w:jc w:val="both"/>
      </w:pPr>
      <w:r>
        <w:rPr>
          <w:b w:val="0"/>
          <w:i w:val="0"/>
          <w:sz w:val="22"/>
        </w:rPr>
        <w:t>Bu görev kapsamında iş sağlığı ve güvenliği ile ilgili çalışmalara katılma, çalışmaları izleme, tehlike kaynağının yok edilmesi veya riskin azaltılması için tedbir alınmasını isteme ve öneride bulunma hakkına sahipsiniz. Görevinizi yürütmeniz nedeniyle haklarınız kısıtlanamaz ve görevinizi yerine getirebilmeniz için gerekli imkânlar sağlanır. Görevinizle ilgili özel eğitim ...../...../20..... tarihine kadar verilecektir.</w:t>
      </w:r>
    </w:p>
    <w:p>
      <w:pPr>
        <w:spacing w:after="160" w:before="0"/>
        <w:jc w:val="both"/>
      </w:pPr>
      <w:r>
        <w:rPr>
          <w:b w:val="0"/>
          <w:i w:val="0"/>
          <w:sz w:val="22"/>
        </w:rPr>
        <w:t>Görev gereği öğrendiğiniz işverene veya işyerine ait mesleki sırları ve çalışanlara ait özel bilgileri gizli tutmakla yükümlüsünüz. İşyerimizde iş sağlığı ve güvenliği kurulu bulunması hâlinde kurulda ( ) çalışan temsilcisi ( ) baş temsilci sıfatıyla yer alacaksınız.</w:t>
      </w:r>
    </w:p>
    <w:p>
      <w:pPr>
        <w:spacing w:after="20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shd w:val="clear" w:color="auto" w:fill="E7E6E6"/>
          </w:tcPr>
          <w:p>
            <w:pPr>
              <w:spacing w:after="0"/>
              <w:jc w:val="center"/>
            </w:pPr>
            <w:r/>
            <w:r>
              <w:rPr>
                <w:b/>
                <w:i w:val="0"/>
                <w:sz w:val="22"/>
              </w:rPr>
              <w:t>İşveren / İşveren Vekili</w:t>
            </w:r>
          </w:p>
        </w:tc>
        <w:tc>
          <w:tcPr>
            <w:tcW w:type="dxa" w:w="4819"/>
            <w:shd w:val="clear" w:color="auto" w:fill="E7E6E6"/>
          </w:tcPr>
          <w:p>
            <w:pPr>
              <w:spacing w:after="0"/>
              <w:jc w:val="center"/>
            </w:pPr>
            <w:r/>
            <w:r>
              <w:rPr>
                <w:b/>
                <w:i w:val="0"/>
                <w:sz w:val="22"/>
              </w:rPr>
              <w:t>Tebellüğ Eden Çalışan Temsilcisi</w:t>
            </w:r>
          </w:p>
        </w:tc>
      </w:tr>
      <w:tr>
        <w:trPr>
          <w:trHeight w:val="510" w:hRule="atLeast"/>
        </w:trPr>
        <w:tc>
          <w:tcPr>
            <w:tcW w:type="dxa" w:w="4819"/>
          </w:tcPr>
          <w:p>
            <w:pPr>
              <w:spacing w:after="0"/>
              <w:jc w:val="left"/>
            </w:pPr>
            <w:r/>
            <w:r>
              <w:rPr>
                <w:b w:val="0"/>
                <w:i w:val="0"/>
                <w:sz w:val="22"/>
              </w:rPr>
              <w:t>Adı Soyadı:</w:t>
            </w:r>
          </w:p>
        </w:tc>
        <w:tc>
          <w:tcPr>
            <w:tcW w:type="dxa" w:w="4819"/>
          </w:tcPr>
          <w:p>
            <w:pPr>
              <w:spacing w:after="0"/>
              <w:jc w:val="left"/>
            </w:pPr>
            <w:r/>
            <w:r>
              <w:rPr>
                <w:b w:val="0"/>
                <w:i w:val="0"/>
                <w:sz w:val="22"/>
              </w:rPr>
              <w:t>Adı Soyadı:</w:t>
            </w:r>
          </w:p>
        </w:tc>
      </w:tr>
      <w:tr>
        <w:trPr>
          <w:trHeight w:val="510" w:hRule="atLeast"/>
        </w:trPr>
        <w:tc>
          <w:tcPr>
            <w:tcW w:type="dxa" w:w="4819"/>
          </w:tcPr>
          <w:p>
            <w:pPr>
              <w:spacing w:after="0"/>
              <w:jc w:val="left"/>
            </w:pPr>
            <w:r/>
            <w:r>
              <w:rPr>
                <w:b w:val="0"/>
                <w:i w:val="0"/>
                <w:sz w:val="22"/>
              </w:rPr>
              <w:t>İmza ve Kaşe:</w:t>
            </w:r>
          </w:p>
        </w:tc>
        <w:tc>
          <w:tcPr>
            <w:tcW w:type="dxa" w:w="4819"/>
          </w:tcPr>
          <w:p>
            <w:pPr>
              <w:spacing w:after="0"/>
              <w:jc w:val="left"/>
            </w:pPr>
            <w:r/>
            <w:r>
              <w:rPr>
                <w:b w:val="0"/>
                <w:i w:val="0"/>
                <w:sz w:val="22"/>
              </w:rPr>
              <w:t>Tarih:</w:t>
            </w:r>
          </w:p>
        </w:tc>
      </w:tr>
      <w:tr>
        <w:trPr>
          <w:trHeight w:val="510" w:hRule="atLeast"/>
        </w:trPr>
        <w:tc>
          <w:tcPr>
            <w:tcW w:type="dxa" w:w="4819"/>
          </w:tcPr>
          <w:p>
            <w:pPr>
              <w:spacing w:after="0"/>
              <w:jc w:val="left"/>
            </w:pPr>
            <w:r/>
          </w:p>
        </w:tc>
        <w:tc>
          <w:tcPr>
            <w:tcW w:type="dxa" w:w="4819"/>
          </w:tcPr>
          <w:p>
            <w:pPr>
              <w:spacing w:after="0"/>
              <w:jc w:val="left"/>
            </w:pPr>
            <w:r/>
            <w:r>
              <w:rPr>
                <w:b w:val="0"/>
                <w:i w:val="0"/>
                <w:sz w:val="22"/>
              </w:rPr>
              <w:t>İmza:</w:t>
            </w:r>
          </w:p>
        </w:tc>
      </w:tr>
    </w:tbl>
    <w:p>
      <w:pPr>
        <w:spacing w:after="40" w:before="200"/>
        <w:jc w:val="left"/>
      </w:pPr>
      <w:r>
        <w:rPr>
          <w:b w:val="0"/>
          <w:i w:val="0"/>
          <w:sz w:val="16"/>
        </w:rPr>
        <w:t>Atanan çalışan temsilcisi işyerinde ilan edilir (Tebliğ md. 4/5).</w:t>
      </w:r>
    </w:p>
    <w:sectPr w:rsidR="00FC693F" w:rsidRPr="0006063C" w:rsidSect="00034616">
      <w:pgSz w:w="11906" w:h="16838"/>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line="240"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